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F2A44"/>
          <w:sz w:val="40"/>
        </w:rPr>
        <w:t>Workplace Incident Report (Australia)</w:t>
      </w:r>
    </w:p>
    <w:p>
      <w:pPr>
        <w:spacing w:after="240"/>
        <w:jc w:val="left"/>
      </w:pPr>
      <w:r>
        <w:rPr>
          <w:color w:val="606060"/>
          <w:sz w:val="22"/>
        </w:rPr>
        <w:t>Record every incident and near miss. Section 3 helps you decide if it is a notifiable incident under the WHS Act. If it is, notify your regulator immediately.</w:t>
      </w:r>
    </w:p>
    <w:p>
      <w:pPr>
        <w:spacing w:before="280" w:after="120"/>
      </w:pPr>
      <w:r>
        <w:rPr>
          <w:b/>
          <w:color w:val="F76E21"/>
          <w:sz w:val="26"/>
        </w:rPr>
        <w:t>1. Reporter Information</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Reporter Name</w:t>
            </w:r>
          </w:p>
        </w:tc>
        <w:tc>
          <w:tcPr>
            <w:tcW w:type="dxa" w:w="6236"/>
            <w:vAlign w:val="center"/>
          </w:tcPr>
          <w:p>
            <w:r/>
          </w:p>
        </w:tc>
      </w:tr>
      <w:tr>
        <w:tc>
          <w:tcPr>
            <w:tcW w:type="dxa" w:w="2835"/>
            <w:vAlign w:val="center"/>
            <w:shd w:val="clear" w:color="auto" w:fill="F5F6FA"/>
          </w:tcPr>
          <w:p>
            <w:r>
              <w:rPr>
                <w:b/>
                <w:sz w:val="20"/>
              </w:rPr>
              <w:t>Position / Role</w:t>
            </w:r>
          </w:p>
        </w:tc>
        <w:tc>
          <w:tcPr>
            <w:tcW w:type="dxa" w:w="6236"/>
            <w:vAlign w:val="center"/>
          </w:tcPr>
          <w:p>
            <w:r/>
          </w:p>
        </w:tc>
      </w:tr>
      <w:tr>
        <w:tc>
          <w:tcPr>
            <w:tcW w:type="dxa" w:w="2835"/>
            <w:vAlign w:val="center"/>
            <w:shd w:val="clear" w:color="auto" w:fill="F5F6FA"/>
          </w:tcPr>
          <w:p>
            <w:r>
              <w:rPr>
                <w:b/>
                <w:sz w:val="20"/>
              </w:rPr>
              <w:t>Business (PCBU) Name</w:t>
            </w:r>
          </w:p>
        </w:tc>
        <w:tc>
          <w:tcPr>
            <w:tcW w:type="dxa" w:w="6236"/>
            <w:vAlign w:val="center"/>
          </w:tcPr>
          <w:p>
            <w:r/>
          </w:p>
        </w:tc>
      </w:tr>
      <w:tr>
        <w:tc>
          <w:tcPr>
            <w:tcW w:type="dxa" w:w="2835"/>
            <w:vAlign w:val="center"/>
            <w:shd w:val="clear" w:color="auto" w:fill="F5F6FA"/>
          </w:tcPr>
          <w:p>
            <w:r>
              <w:rPr>
                <w:b/>
                <w:sz w:val="20"/>
              </w:rPr>
              <w:t>Report Date</w:t>
            </w:r>
          </w:p>
        </w:tc>
        <w:tc>
          <w:tcPr>
            <w:tcW w:type="dxa" w:w="6236"/>
            <w:vAlign w:val="center"/>
          </w:tcPr>
          <w:p>
            <w:r/>
          </w:p>
        </w:tc>
      </w:tr>
    </w:tbl>
    <w:p>
      <w:pPr>
        <w:spacing w:before="280" w:after="120"/>
      </w:pPr>
      <w:r>
        <w:rPr>
          <w:b/>
          <w:color w:val="F76E21"/>
          <w:sz w:val="26"/>
        </w:rPr>
        <w:t>2. Incident Details</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Date of Incident</w:t>
            </w:r>
          </w:p>
        </w:tc>
        <w:tc>
          <w:tcPr>
            <w:tcW w:type="dxa" w:w="6236"/>
            <w:vAlign w:val="center"/>
          </w:tcPr>
          <w:p>
            <w:r/>
          </w:p>
        </w:tc>
      </w:tr>
      <w:tr>
        <w:tc>
          <w:tcPr>
            <w:tcW w:type="dxa" w:w="2835"/>
            <w:vAlign w:val="center"/>
            <w:shd w:val="clear" w:color="auto" w:fill="F5F6FA"/>
          </w:tcPr>
          <w:p>
            <w:r>
              <w:rPr>
                <w:b/>
                <w:sz w:val="20"/>
              </w:rPr>
              <w:t>Time of Incident</w:t>
            </w:r>
          </w:p>
        </w:tc>
        <w:tc>
          <w:tcPr>
            <w:tcW w:type="dxa" w:w="6236"/>
            <w:vAlign w:val="center"/>
          </w:tcPr>
          <w:p>
            <w:r/>
          </w:p>
        </w:tc>
      </w:tr>
      <w:tr>
        <w:tc>
          <w:tcPr>
            <w:tcW w:type="dxa" w:w="2835"/>
            <w:vAlign w:val="center"/>
            <w:shd w:val="clear" w:color="auto" w:fill="F5F6FA"/>
          </w:tcPr>
          <w:p>
            <w:r>
              <w:rPr>
                <w:b/>
                <w:sz w:val="20"/>
              </w:rPr>
              <w:t>Workplace Address and Exact Location</w:t>
            </w:r>
          </w:p>
        </w:tc>
        <w:tc>
          <w:tcPr>
            <w:tcW w:type="dxa" w:w="6236"/>
            <w:vAlign w:val="center"/>
          </w:tcPr>
          <w:p>
            <w:r/>
          </w:p>
        </w:tc>
      </w:tr>
      <w:tr>
        <w:tc>
          <w:tcPr>
            <w:tcW w:type="dxa" w:w="2835"/>
            <w:vAlign w:val="center"/>
            <w:shd w:val="clear" w:color="auto" w:fill="F5F6FA"/>
          </w:tcPr>
          <w:p>
            <w:r>
              <w:rPr>
                <w:b/>
                <w:sz w:val="20"/>
              </w:rPr>
              <w:t>Activity Being Performed</w:t>
            </w:r>
          </w:p>
        </w:tc>
        <w:tc>
          <w:tcPr>
            <w:tcW w:type="dxa" w:w="6236"/>
            <w:vAlign w:val="center"/>
          </w:tcPr>
          <w:p>
            <w:r/>
          </w:p>
        </w:tc>
      </w:tr>
    </w:tbl>
    <w:p>
      <w:pPr>
        <w:spacing w:before="280" w:after="120"/>
      </w:pPr>
      <w:r>
        <w:rPr>
          <w:b/>
          <w:color w:val="F76E21"/>
          <w:sz w:val="26"/>
        </w:rPr>
        <w:t>3. Is This a Notifiable Incident? (WHS Act s 35)</w:t>
      </w:r>
    </w:p>
    <w:p>
      <w:r>
        <w:rPr>
          <w:i/>
          <w:color w:val="606060"/>
          <w:sz w:val="18"/>
        </w:rPr>
        <w:t>Tick any that apply. If you tick anything in this section, the incident is notifiable.</w:t>
      </w:r>
    </w:p>
    <w:p>
      <w:r>
        <w:rPr>
          <w:b/>
        </w:rPr>
        <w:t>Death</w:t>
      </w:r>
    </w:p>
    <w:p>
      <w:pPr>
        <w:spacing w:after="0"/>
      </w:pPr>
      <w:r>
        <w:rPr>
          <w:sz w:val="20"/>
        </w:rPr>
        <w:t>☐ The death of a person</w:t>
      </w:r>
    </w:p>
    <w:p>
      <w:r>
        <w:rPr>
          <w:b/>
        </w:rPr>
        <w:t>Serious injury or illness (s 36): the person needed</w:t>
      </w:r>
    </w:p>
    <w:p>
      <w:pPr>
        <w:spacing w:after="0"/>
      </w:pPr>
      <w:r>
        <w:rPr>
          <w:sz w:val="20"/>
        </w:rPr>
        <w:t>☐ Immediate treatment as an in-patient in a hospital</w:t>
      </w:r>
    </w:p>
    <w:p>
      <w:pPr>
        <w:spacing w:after="0"/>
      </w:pPr>
      <w:r>
        <w:rPr>
          <w:sz w:val="20"/>
        </w:rPr>
        <w:t>☐ Immediate treatment for the amputation of any part of the body</w:t>
      </w:r>
    </w:p>
    <w:p>
      <w:pPr>
        <w:spacing w:after="0"/>
      </w:pPr>
      <w:r>
        <w:rPr>
          <w:sz w:val="20"/>
        </w:rPr>
        <w:t>☐ Immediate treatment for a serious head injury</w:t>
      </w:r>
    </w:p>
    <w:p>
      <w:pPr>
        <w:spacing w:after="0"/>
      </w:pPr>
      <w:r>
        <w:rPr>
          <w:sz w:val="20"/>
        </w:rPr>
        <w:t>☐ Immediate treatment for a serious eye injury</w:t>
      </w:r>
    </w:p>
    <w:p>
      <w:pPr>
        <w:spacing w:after="0"/>
      </w:pPr>
      <w:r>
        <w:rPr>
          <w:sz w:val="20"/>
        </w:rPr>
        <w:t>☐ Immediate treatment for a serious burn</w:t>
      </w:r>
    </w:p>
    <w:p>
      <w:pPr>
        <w:spacing w:after="0"/>
      </w:pPr>
      <w:r>
        <w:rPr>
          <w:sz w:val="20"/>
        </w:rPr>
        <w:t>☐ Immediate treatment for separation of skin from underlying tissue (e.g. degloving or scalping)</w:t>
      </w:r>
    </w:p>
    <w:p>
      <w:pPr>
        <w:spacing w:after="0"/>
      </w:pPr>
      <w:r>
        <w:rPr>
          <w:sz w:val="20"/>
        </w:rPr>
        <w:t>☐ Immediate treatment for a spinal injury</w:t>
      </w:r>
    </w:p>
    <w:p>
      <w:pPr>
        <w:spacing w:after="0"/>
      </w:pPr>
      <w:r>
        <w:rPr>
          <w:sz w:val="20"/>
        </w:rPr>
        <w:t>☐ Immediate treatment for the loss of a bodily function</w:t>
      </w:r>
    </w:p>
    <w:p>
      <w:pPr>
        <w:spacing w:after="0"/>
      </w:pPr>
      <w:r>
        <w:rPr>
          <w:sz w:val="20"/>
        </w:rPr>
        <w:t>☐ Immediate treatment for serious lacerations</w:t>
      </w:r>
    </w:p>
    <w:p>
      <w:pPr>
        <w:spacing w:after="0"/>
      </w:pPr>
      <w:r>
        <w:rPr>
          <w:sz w:val="20"/>
        </w:rPr>
        <w:t>☐ Medical treatment within 48 hours of exposure to a substance</w:t>
      </w:r>
    </w:p>
    <w:p>
      <w:r>
        <w:rPr>
          <w:b/>
        </w:rPr>
        <w:t>Dangerous incident (s 37): a person was exposed to a serious risk from an immediate or imminent exposure to</w:t>
      </w:r>
    </w:p>
    <w:p>
      <w:pPr>
        <w:spacing w:after="0"/>
      </w:pPr>
      <w:r>
        <w:rPr>
          <w:sz w:val="20"/>
        </w:rPr>
        <w:t>☐ An uncontrolled escape, spillage or leakage of a substance</w:t>
      </w:r>
    </w:p>
    <w:p>
      <w:pPr>
        <w:spacing w:after="0"/>
      </w:pPr>
      <w:r>
        <w:rPr>
          <w:sz w:val="20"/>
        </w:rPr>
        <w:t>☐ An uncontrolled implosion, explosion or fire</w:t>
      </w:r>
    </w:p>
    <w:p>
      <w:pPr>
        <w:spacing w:after="0"/>
      </w:pPr>
      <w:r>
        <w:rPr>
          <w:sz w:val="20"/>
        </w:rPr>
        <w:t>☐ An uncontrolled escape of gas or steam</w:t>
      </w:r>
    </w:p>
    <w:p>
      <w:pPr>
        <w:spacing w:after="0"/>
      </w:pPr>
      <w:r>
        <w:rPr>
          <w:sz w:val="20"/>
        </w:rPr>
        <w:t>☐ An uncontrolled escape of a pressurised substance</w:t>
      </w:r>
    </w:p>
    <w:p>
      <w:pPr>
        <w:spacing w:after="0"/>
      </w:pPr>
      <w:r>
        <w:rPr>
          <w:sz w:val="20"/>
        </w:rPr>
        <w:t>☐ Electric shock</w:t>
      </w:r>
    </w:p>
    <w:p>
      <w:pPr>
        <w:spacing w:after="0"/>
      </w:pPr>
      <w:r>
        <w:rPr>
          <w:sz w:val="20"/>
        </w:rPr>
        <w:t>☐ The fall or release from a height of any plant, substance or thing</w:t>
      </w:r>
    </w:p>
    <w:p>
      <w:pPr>
        <w:spacing w:after="0"/>
      </w:pPr>
      <w:r>
        <w:rPr>
          <w:sz w:val="20"/>
        </w:rPr>
        <w:t>☐ The collapse, overturning, failure or malfunction of, or damage to, plant that must be authorised under the regulations</w:t>
      </w:r>
    </w:p>
    <w:p>
      <w:pPr>
        <w:spacing w:after="0"/>
      </w:pPr>
      <w:r>
        <w:rPr>
          <w:sz w:val="20"/>
        </w:rPr>
        <w:t>☐ The collapse or partial collapse of a structure</w:t>
      </w:r>
    </w:p>
    <w:p>
      <w:pPr>
        <w:spacing w:after="0"/>
      </w:pPr>
      <w:r>
        <w:rPr>
          <w:sz w:val="20"/>
        </w:rPr>
        <w:t>☐ The collapse or failure of an excavation or its shoring</w:t>
      </w:r>
    </w:p>
    <w:p>
      <w:pPr>
        <w:spacing w:after="0"/>
      </w:pPr>
      <w:r>
        <w:rPr>
          <w:sz w:val="20"/>
        </w:rPr>
        <w:t>☐ The inrush of water, mud or gas in an underground excavation or tunnel</w:t>
      </w:r>
    </w:p>
    <w:p>
      <w:pPr>
        <w:spacing w:after="0"/>
      </w:pPr>
      <w:r>
        <w:rPr>
          <w:sz w:val="20"/>
        </w:rPr>
        <w:t>☐ The interruption of the main ventilation system in an underground excavation or tunnel</w:t>
      </w:r>
    </w:p>
    <w:p>
      <w:pPr>
        <w:spacing w:after="0"/>
      </w:pPr>
      <w:r>
        <w:rPr>
          <w:sz w:val="20"/>
        </w:rPr>
        <w:t>☐ Any other event prescribed by the regulations</w:t>
      </w:r>
    </w:p>
    <w:p>
      <w:r>
        <w:rPr>
          <w:i/>
          <w:color w:val="606060"/>
          <w:sz w:val="18"/>
        </w:rPr>
        <w:t>If notifiable: notify the regulator immediately by the fastest possible means (s 38). Do not disturb the site until an inspector arrives or directs otherwise, except to help an injured person, remove a deceased person, make the site safe, assist a police investigation, or with the inspector's or regulator's permission (s 39). Keep a record of the incident for at least 5 years from the day you notify (s 38(7)).</w:t>
      </w:r>
    </w:p>
    <w:p>
      <w:pPr>
        <w:spacing w:before="280" w:after="120"/>
      </w:pPr>
      <w:r>
        <w:rPr>
          <w:b/>
          <w:color w:val="F76E21"/>
          <w:sz w:val="26"/>
        </w:rPr>
        <w:t>4. Regulator Notification</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Regulator Notified</w:t>
            </w:r>
          </w:p>
        </w:tc>
        <w:tc>
          <w:tcPr>
            <w:tcW w:type="dxa" w:w="6236"/>
            <w:vAlign w:val="center"/>
          </w:tcPr>
          <w:p>
            <w:r/>
          </w:p>
        </w:tc>
      </w:tr>
      <w:tr>
        <w:tc>
          <w:tcPr>
            <w:tcW w:type="dxa" w:w="2835"/>
            <w:vAlign w:val="center"/>
            <w:shd w:val="clear" w:color="auto" w:fill="F5F6FA"/>
          </w:tcPr>
          <w:p>
            <w:r>
              <w:rPr>
                <w:b/>
                <w:sz w:val="20"/>
              </w:rPr>
              <w:t>Date / Time Notified</w:t>
            </w:r>
          </w:p>
        </w:tc>
        <w:tc>
          <w:tcPr>
            <w:tcW w:type="dxa" w:w="6236"/>
            <w:vAlign w:val="center"/>
          </w:tcPr>
          <w:p>
            <w:r/>
          </w:p>
        </w:tc>
      </w:tr>
      <w:tr>
        <w:tc>
          <w:tcPr>
            <w:tcW w:type="dxa" w:w="2835"/>
            <w:vAlign w:val="center"/>
            <w:shd w:val="clear" w:color="auto" w:fill="F5F6FA"/>
          </w:tcPr>
          <w:p>
            <w:r>
              <w:rPr>
                <w:b/>
                <w:sz w:val="20"/>
              </w:rPr>
              <w:t>Method (Phone / Written)</w:t>
            </w:r>
          </w:p>
        </w:tc>
        <w:tc>
          <w:tcPr>
            <w:tcW w:type="dxa" w:w="6236"/>
            <w:vAlign w:val="center"/>
          </w:tcPr>
          <w:p>
            <w:r/>
          </w:p>
        </w:tc>
      </w:tr>
      <w:tr>
        <w:tc>
          <w:tcPr>
            <w:tcW w:type="dxa" w:w="2835"/>
            <w:vAlign w:val="center"/>
            <w:shd w:val="clear" w:color="auto" w:fill="F5F6FA"/>
          </w:tcPr>
          <w:p>
            <w:r>
              <w:rPr>
                <w:b/>
                <w:sz w:val="20"/>
              </w:rPr>
              <w:t>Regulator Reference Number</w:t>
            </w:r>
          </w:p>
        </w:tc>
        <w:tc>
          <w:tcPr>
            <w:tcW w:type="dxa" w:w="6236"/>
            <w:vAlign w:val="center"/>
          </w:tcPr>
          <w:p>
            <w:r/>
          </w:p>
        </w:tc>
      </w:tr>
      <w:tr>
        <w:tc>
          <w:tcPr>
            <w:tcW w:type="dxa" w:w="2835"/>
            <w:vAlign w:val="center"/>
            <w:shd w:val="clear" w:color="auto" w:fill="F5F6FA"/>
          </w:tcPr>
          <w:p>
            <w:r>
              <w:rPr>
                <w:b/>
                <w:sz w:val="20"/>
              </w:rPr>
              <w:t>Notified By</w:t>
            </w:r>
          </w:p>
        </w:tc>
        <w:tc>
          <w:tcPr>
            <w:tcW w:type="dxa" w:w="6236"/>
            <w:vAlign w:val="center"/>
          </w:tcPr>
          <w:p>
            <w:r/>
          </w:p>
        </w:tc>
      </w:tr>
      <w:tr>
        <w:tc>
          <w:tcPr>
            <w:tcW w:type="dxa" w:w="2835"/>
            <w:vAlign w:val="center"/>
            <w:shd w:val="clear" w:color="auto" w:fill="F5F6FA"/>
          </w:tcPr>
          <w:p>
            <w:r>
              <w:rPr>
                <w:b/>
                <w:sz w:val="20"/>
              </w:rPr>
              <w:t>Written Notice Requested? (Y/N)</w:t>
            </w:r>
          </w:p>
        </w:tc>
        <w:tc>
          <w:tcPr>
            <w:tcW w:type="dxa" w:w="6236"/>
            <w:vAlign w:val="center"/>
          </w:tcPr>
          <w:p>
            <w:r/>
          </w:p>
        </w:tc>
      </w:tr>
      <w:tr>
        <w:tc>
          <w:tcPr>
            <w:tcW w:type="dxa" w:w="2835"/>
            <w:vAlign w:val="center"/>
            <w:shd w:val="clear" w:color="auto" w:fill="F5F6FA"/>
          </w:tcPr>
          <w:p>
            <w:r>
              <w:rPr>
                <w:b/>
                <w:sz w:val="20"/>
              </w:rPr>
              <w:t>Date Written Notice Sent (within 48 hours of request)</w:t>
            </w:r>
          </w:p>
        </w:tc>
        <w:tc>
          <w:tcPr>
            <w:tcW w:type="dxa" w:w="6236"/>
            <w:vAlign w:val="center"/>
          </w:tcPr>
          <w:p>
            <w:r/>
          </w:p>
        </w:tc>
      </w:tr>
    </w:tbl>
    <w:p>
      <w:pPr>
        <w:spacing w:before="280" w:after="120"/>
      </w:pPr>
      <w:r>
        <w:rPr>
          <w:b/>
          <w:color w:val="F76E21"/>
          <w:sz w:val="26"/>
        </w:rPr>
        <w:t>5. Persons Involved</w:t>
      </w:r>
    </w:p>
    <w:tbl>
      <w:tblPr>
        <w:tblStyle w:val="LightGrid-Accent1"/>
        <w:tblW w:type="auto" w:w="0"/>
        <w:tblLook w:firstColumn="1" w:firstRow="1" w:lastColumn="0" w:lastRow="0" w:noHBand="0" w:noVBand="1" w:val="04A0"/>
      </w:tblPr>
      <w:tblGrid>
        <w:gridCol w:w="2493"/>
        <w:gridCol w:w="2493"/>
        <w:gridCol w:w="2493"/>
        <w:gridCol w:w="2493"/>
      </w:tblGrid>
      <w:tr>
        <w:tc>
          <w:tcPr>
            <w:tcW w:type="dxa" w:w="2493"/>
            <w:shd w:val="clear" w:color="auto" w:fill="F76E21"/>
          </w:tcPr>
          <w:p>
            <w:r>
              <w:rPr>
                <w:b/>
                <w:color w:val="FFFFFF"/>
              </w:rPr>
              <w:t>Name</w:t>
            </w:r>
          </w:p>
        </w:tc>
        <w:tc>
          <w:tcPr>
            <w:tcW w:type="dxa" w:w="2493"/>
            <w:shd w:val="clear" w:color="auto" w:fill="F76E21"/>
          </w:tcPr>
          <w:p>
            <w:r>
              <w:rPr>
                <w:b/>
                <w:color w:val="FFFFFF"/>
              </w:rPr>
              <w:t>Role</w:t>
            </w:r>
          </w:p>
        </w:tc>
        <w:tc>
          <w:tcPr>
            <w:tcW w:type="dxa" w:w="2493"/>
            <w:shd w:val="clear" w:color="auto" w:fill="F76E21"/>
          </w:tcPr>
          <w:p>
            <w:r>
              <w:rPr>
                <w:b/>
                <w:color w:val="FFFFFF"/>
              </w:rPr>
              <w:t>Injured? (Y/N)</w:t>
            </w:r>
          </w:p>
        </w:tc>
        <w:tc>
          <w:tcPr>
            <w:tcW w:type="dxa" w:w="2493"/>
            <w:shd w:val="clear" w:color="auto" w:fill="F76E21"/>
          </w:tcPr>
          <w:p>
            <w:r>
              <w:rPr>
                <w:b/>
                <w:color w:val="FFFFFF"/>
              </w:rPr>
              <w:t>Witness? (Y/N)</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pPr>
        <w:spacing w:before="280" w:after="120"/>
      </w:pPr>
      <w:r>
        <w:rPr>
          <w:b/>
          <w:color w:val="F76E21"/>
          <w:sz w:val="26"/>
        </w:rPr>
        <w:t>6. Description of What Happened</w:t>
      </w:r>
    </w:p>
    <w:p>
      <w:r>
        <w:rPr>
          <w:i/>
          <w:color w:val="606060"/>
          <w:sz w:val="18"/>
        </w:rPr>
        <w:t>Tell the story in order. What were people doing just before? What changed? What happened next? Facts only.</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pPr>
        <w:spacing w:before="280" w:after="120"/>
      </w:pPr>
      <w:r>
        <w:rPr>
          <w:b/>
          <w:color w:val="F76E21"/>
          <w:sz w:val="26"/>
        </w:rPr>
        <w:t>7. Injuries, Illness or Damage</w:t>
      </w:r>
    </w:p>
    <w:p>
      <w:r>
        <w:rPr>
          <w:i/>
          <w:color w:val="606060"/>
          <w:sz w:val="18"/>
        </w:rPr>
        <w:t>Body part(s) affected, treatment given and by whom, plant or property damaged.</w:t>
      </w:r>
    </w:p>
    <w:p>
      <w:r>
        <w:t>____________________________________________________________</w:t>
      </w:r>
    </w:p>
    <w:p>
      <w:r>
        <w:t>____________________________________________________________</w:t>
      </w:r>
    </w:p>
    <w:p>
      <w:r>
        <w:t>____________________________________________________________</w:t>
      </w:r>
    </w:p>
    <w:p>
      <w:pPr>
        <w:spacing w:before="280" w:after="120"/>
      </w:pPr>
      <w:r>
        <w:rPr>
          <w:b/>
          <w:color w:val="F76E21"/>
          <w:sz w:val="26"/>
        </w:rPr>
        <w:t>8. Immediate Actions and Site Preservation</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First Aid / Emergency Response Given</w:t>
            </w:r>
          </w:p>
        </w:tc>
        <w:tc>
          <w:tcPr>
            <w:tcW w:type="dxa" w:w="6236"/>
            <w:vAlign w:val="center"/>
          </w:tcPr>
          <w:p>
            <w:r/>
          </w:p>
        </w:tc>
      </w:tr>
      <w:tr>
        <w:tc>
          <w:tcPr>
            <w:tcW w:type="dxa" w:w="2835"/>
            <w:vAlign w:val="center"/>
            <w:shd w:val="clear" w:color="auto" w:fill="F5F6FA"/>
          </w:tcPr>
          <w:p>
            <w:r>
              <w:rPr>
                <w:b/>
                <w:sz w:val="20"/>
              </w:rPr>
              <w:t>Site Preserved? (Y/N)</w:t>
            </w:r>
          </w:p>
        </w:tc>
        <w:tc>
          <w:tcPr>
            <w:tcW w:type="dxa" w:w="6236"/>
            <w:vAlign w:val="center"/>
          </w:tcPr>
          <w:p>
            <w:r/>
          </w:p>
        </w:tc>
      </w:tr>
      <w:tr>
        <w:tc>
          <w:tcPr>
            <w:tcW w:type="dxa" w:w="2835"/>
            <w:vAlign w:val="center"/>
            <w:shd w:val="clear" w:color="auto" w:fill="F5F6FA"/>
          </w:tcPr>
          <w:p>
            <w:r>
              <w:rPr>
                <w:b/>
                <w:sz w:val="20"/>
              </w:rPr>
              <w:t>Inspector Arrival or Release Time</w:t>
            </w:r>
          </w:p>
        </w:tc>
        <w:tc>
          <w:tcPr>
            <w:tcW w:type="dxa" w:w="6236"/>
            <w:vAlign w:val="center"/>
          </w:tcPr>
          <w:p>
            <w:r/>
          </w:p>
        </w:tc>
      </w:tr>
    </w:tbl>
    <w:p>
      <w:pPr>
        <w:spacing w:before="280" w:after="120"/>
      </w:pPr>
      <w:r>
        <w:rPr>
          <w:b/>
          <w:color w:val="F76E21"/>
          <w:sz w:val="26"/>
        </w:rPr>
        <w:t>9. Corrective Actions</w:t>
      </w:r>
    </w:p>
    <w:tbl>
      <w:tblPr>
        <w:tblStyle w:val="LightGrid-Accent1"/>
        <w:tblW w:type="auto" w:w="0"/>
        <w:tblLook w:firstColumn="1" w:firstRow="1" w:lastColumn="0" w:lastRow="0" w:noHBand="0" w:noVBand="1" w:val="04A0"/>
      </w:tblPr>
      <w:tblGrid>
        <w:gridCol w:w="2493"/>
        <w:gridCol w:w="2493"/>
        <w:gridCol w:w="2493"/>
        <w:gridCol w:w="2493"/>
      </w:tblGrid>
      <w:tr>
        <w:tc>
          <w:tcPr>
            <w:tcW w:type="dxa" w:w="2493"/>
            <w:shd w:val="clear" w:color="auto" w:fill="F76E21"/>
          </w:tcPr>
          <w:p>
            <w:r>
              <w:rPr>
                <w:b/>
                <w:color w:val="FFFFFF"/>
              </w:rPr>
              <w:t>Action</w:t>
            </w:r>
          </w:p>
        </w:tc>
        <w:tc>
          <w:tcPr>
            <w:tcW w:type="dxa" w:w="2493"/>
            <w:shd w:val="clear" w:color="auto" w:fill="F76E21"/>
          </w:tcPr>
          <w:p>
            <w:r>
              <w:rPr>
                <w:b/>
                <w:color w:val="FFFFFF"/>
              </w:rPr>
              <w:t>Owner</w:t>
            </w:r>
          </w:p>
        </w:tc>
        <w:tc>
          <w:tcPr>
            <w:tcW w:type="dxa" w:w="2493"/>
            <w:shd w:val="clear" w:color="auto" w:fill="F76E21"/>
          </w:tcPr>
          <w:p>
            <w:r>
              <w:rPr>
                <w:b/>
                <w:color w:val="FFFFFF"/>
              </w:rPr>
              <w:t>Due Date</w:t>
            </w:r>
          </w:p>
        </w:tc>
        <w:tc>
          <w:tcPr>
            <w:tcW w:type="dxa" w:w="2493"/>
            <w:shd w:val="clear" w:color="auto" w:fill="F76E21"/>
          </w:tcPr>
          <w:p>
            <w:r>
              <w:rPr>
                <w:b/>
                <w:color w:val="FFFFFF"/>
              </w:rPr>
              <w:t>Status</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pPr>
        <w:spacing w:before="280" w:after="120"/>
      </w:pPr>
      <w:r>
        <w:rPr>
          <w:b/>
          <w:color w:val="F76E21"/>
          <w:sz w:val="26"/>
        </w:rPr>
        <w:t>10. Sign-Off</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Reporter Signature &amp; Date</w:t>
            </w:r>
          </w:p>
        </w:tc>
        <w:tc>
          <w:tcPr>
            <w:tcW w:type="dxa" w:w="6236"/>
            <w:vAlign w:val="center"/>
          </w:tcPr>
          <w:p>
            <w:r/>
          </w:p>
        </w:tc>
      </w:tr>
      <w:tr>
        <w:tc>
          <w:tcPr>
            <w:tcW w:type="dxa" w:w="2835"/>
            <w:vAlign w:val="center"/>
            <w:shd w:val="clear" w:color="auto" w:fill="F5F6FA"/>
          </w:tcPr>
          <w:p>
            <w:r>
              <w:rPr>
                <w:b/>
                <w:sz w:val="20"/>
              </w:rPr>
              <w:t>Supervisor Signature &amp; Date</w:t>
            </w:r>
          </w:p>
        </w:tc>
        <w:tc>
          <w:tcPr>
            <w:tcW w:type="dxa" w:w="6236"/>
            <w:vAlign w:val="center"/>
          </w:tcPr>
          <w:p>
            <w:r/>
          </w:p>
        </w:tc>
      </w:tr>
      <w:tr>
        <w:tc>
          <w:tcPr>
            <w:tcW w:type="dxa" w:w="2835"/>
            <w:vAlign w:val="center"/>
            <w:shd w:val="clear" w:color="auto" w:fill="F5F6FA"/>
          </w:tcPr>
          <w:p>
            <w:r>
              <w:rPr>
                <w:b/>
                <w:sz w:val="20"/>
              </w:rPr>
              <w:t>WHS Manager Signature &amp; Date</w:t>
            </w:r>
          </w:p>
        </w:tc>
        <w:tc>
          <w:tcPr>
            <w:tcW w:type="dxa" w:w="6236"/>
            <w:vAlign w:val="center"/>
          </w:tcPr>
          <w:p>
            <w:r/>
          </w:p>
        </w:tc>
      </w:tr>
    </w:tbl>
    <w:p>
      <w:pPr>
        <w:spacing w:before="360"/>
      </w:pPr>
      <w:r>
        <w:rPr>
          <w:i/>
          <w:color w:val="606060"/>
          <w:sz w:val="16"/>
        </w:rPr>
        <w:t>Source: Section 3 and the notification, site-preservation and record-keeping prompts are adapted from Safe Work Australia's model Work Health and Safety Act, ss 35–39, as enacted in the Work Health and Safety Act 2011 (Cth). Victoria has its own OHS Act 2004 with different notification rules, so check WorkSafe Victoria's requirements if you work there. https://www.legislation.gov.au/C2011A00137/latest/text</w:t>
      </w:r>
    </w:p>
    <w:p>
      <w:r>
        <w:rPr>
          <w:i/>
          <w:color w:val="606060"/>
          <w:sz w:val="16"/>
        </w:rPr>
        <w:t>This template is a starting point, not legal advice. Check it against the current law and regulator guidance where you work.</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060"/>
        <w:sz w:val="16"/>
      </w:rPr>
      <w:t>Provided by Safety Space  •  https://safetyspace.co/incident-report-form-template-word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